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3A1F" w:rsidRPr="00F00E35" w:rsidRDefault="00D95E33">
      <w:pPr>
        <w:pStyle w:val="Titolo"/>
        <w:jc w:val="center"/>
        <w:rPr>
          <w:lang w:val="it-IT"/>
        </w:rPr>
      </w:pPr>
      <w:r w:rsidRPr="00F00E35">
        <w:rPr>
          <w:lang w:val="it-IT"/>
        </w:rPr>
        <w:t>ALLEGATO A - DOMANDA CONGIUNTA DI PARTECIPAZIONE</w:t>
      </w:r>
    </w:p>
    <w:p w:rsidR="00293A1F" w:rsidRPr="00F00E35" w:rsidRDefault="00D95E33">
      <w:pPr>
        <w:jc w:val="center"/>
        <w:rPr>
          <w:lang w:val="it-IT"/>
        </w:rPr>
      </w:pPr>
      <w:r w:rsidRPr="00F00E35">
        <w:rPr>
          <w:b/>
          <w:lang w:val="it-IT"/>
        </w:rPr>
        <w:t>Manifestazione di interesse Ambito C06 - D.D. Regione Campania n. 280/2026</w:t>
      </w:r>
    </w:p>
    <w:p w:rsidR="00293A1F" w:rsidRPr="00F00E35" w:rsidRDefault="00293A1F">
      <w:pPr>
        <w:rPr>
          <w:lang w:val="it-IT"/>
        </w:rPr>
      </w:pPr>
    </w:p>
    <w:p w:rsidR="00293A1F" w:rsidRPr="00F00E35" w:rsidRDefault="00D95E33">
      <w:pPr>
        <w:rPr>
          <w:lang w:val="it-IT"/>
        </w:rPr>
      </w:pPr>
      <w:r w:rsidRPr="00F00E35">
        <w:rPr>
          <w:b/>
          <w:lang w:val="it-IT"/>
        </w:rPr>
        <w:t>Alla PEC: protocollo@pec.comune.aversa.ce.it</w:t>
      </w:r>
    </w:p>
    <w:p w:rsidR="00293A1F" w:rsidRPr="00F00E35" w:rsidRDefault="00D95E33">
      <w:pPr>
        <w:rPr>
          <w:lang w:val="it-IT"/>
        </w:rPr>
      </w:pPr>
      <w:r w:rsidRPr="00F00E35">
        <w:rPr>
          <w:b/>
          <w:lang w:val="it-IT"/>
        </w:rPr>
        <w:t xml:space="preserve">Oggetto: AMBITO C06 - </w:t>
      </w:r>
      <w:r w:rsidRPr="00F00E35">
        <w:rPr>
          <w:b/>
          <w:lang w:val="it-IT"/>
        </w:rPr>
        <w:t>Manifestazione di interesse DD Regione Campania n. 280/2026</w:t>
      </w:r>
    </w:p>
    <w:p w:rsidR="00293A1F" w:rsidRPr="00F00E35" w:rsidRDefault="00D95E33" w:rsidP="00F00E35">
      <w:pPr>
        <w:jc w:val="both"/>
        <w:rPr>
          <w:lang w:val="it-IT"/>
        </w:rPr>
      </w:pPr>
      <w:r w:rsidRPr="00F00E35">
        <w:rPr>
          <w:lang w:val="it-IT"/>
        </w:rPr>
        <w:t>I sottoscritti legali rappresentanti dei soggetti di seguito indicati, ai sensi degli artt. 46 e 47 del D.P.R. n. 445/2000, consapevoli delle responsabilità e conseguenze previste dagli artt. 75 e</w:t>
      </w:r>
      <w:r w:rsidRPr="00F00E35">
        <w:rPr>
          <w:lang w:val="it-IT"/>
        </w:rPr>
        <w:t xml:space="preserve"> 76 del medesimo D.P.R.,</w:t>
      </w:r>
    </w:p>
    <w:p w:rsidR="00293A1F" w:rsidRPr="00F00E35" w:rsidRDefault="00D95E33">
      <w:pPr>
        <w:jc w:val="center"/>
        <w:rPr>
          <w:lang w:val="it-IT"/>
        </w:rPr>
      </w:pPr>
      <w:r w:rsidRPr="00F00E35">
        <w:rPr>
          <w:b/>
          <w:lang w:val="it-IT"/>
        </w:rPr>
        <w:t>CHIEDONO</w:t>
      </w:r>
    </w:p>
    <w:p w:rsidR="00293A1F" w:rsidRPr="00F00E35" w:rsidRDefault="00D95E33" w:rsidP="00F00E35">
      <w:pPr>
        <w:jc w:val="both"/>
        <w:rPr>
          <w:lang w:val="it-IT"/>
        </w:rPr>
      </w:pPr>
      <w:bookmarkStart w:id="0" w:name="_GoBack"/>
      <w:r w:rsidRPr="00F00E35">
        <w:rPr>
          <w:lang w:val="it-IT"/>
        </w:rPr>
        <w:t>di partecipare congiuntamente alla manifestazione di interesse dell'Ambito C06 finalizzata all'individuazione del gruppo partenariale per la definizione condivisa della proposta progettuale da candidare all'Avviso regional</w:t>
      </w:r>
      <w:r w:rsidRPr="00F00E35">
        <w:rPr>
          <w:lang w:val="it-IT"/>
        </w:rPr>
        <w:t>e approvato con D.D. n. 280 del 24/07/2026.</w:t>
      </w:r>
    </w:p>
    <w:bookmarkEnd w:id="0"/>
    <w:p w:rsidR="00293A1F" w:rsidRDefault="00D95E33">
      <w:pPr>
        <w:pStyle w:val="Titolo1"/>
      </w:pPr>
      <w:r>
        <w:t>1. COMPOSIZIONE DEL GRUPPO PARTENARIALE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2"/>
        <w:gridCol w:w="1941"/>
        <w:gridCol w:w="1332"/>
        <w:gridCol w:w="1535"/>
        <w:gridCol w:w="1523"/>
        <w:gridCol w:w="1785"/>
        <w:gridCol w:w="1551"/>
      </w:tblGrid>
      <w:tr w:rsidR="00293A1F">
        <w:trPr>
          <w:cantSplit/>
          <w:tblHeader/>
          <w:jc w:val="center"/>
        </w:trPr>
        <w:tc>
          <w:tcPr>
            <w:tcW w:w="397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N.</w:t>
            </w:r>
          </w:p>
        </w:tc>
        <w:tc>
          <w:tcPr>
            <w:tcW w:w="209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Denominazione</w:t>
            </w:r>
          </w:p>
        </w:tc>
        <w:tc>
          <w:tcPr>
            <w:tcW w:w="1474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CF/P.IVA</w:t>
            </w:r>
          </w:p>
        </w:tc>
        <w:tc>
          <w:tcPr>
            <w:tcW w:w="170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Tipologia</w:t>
            </w:r>
          </w:p>
        </w:tc>
        <w:tc>
          <w:tcPr>
            <w:tcW w:w="170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Sede operativa in Campania</w:t>
            </w:r>
          </w:p>
        </w:tc>
        <w:tc>
          <w:tcPr>
            <w:tcW w:w="187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RUNTS / Accreditamento</w:t>
            </w:r>
          </w:p>
        </w:tc>
        <w:tc>
          <w:tcPr>
            <w:tcW w:w="192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PEC</w:t>
            </w:r>
          </w:p>
        </w:tc>
      </w:tr>
      <w:tr w:rsidR="00293A1F">
        <w:trPr>
          <w:cantSplit/>
          <w:jc w:val="center"/>
        </w:trPr>
        <w:tc>
          <w:tcPr>
            <w:tcW w:w="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1</w:t>
            </w:r>
          </w:p>
        </w:tc>
        <w:tc>
          <w:tcPr>
            <w:tcW w:w="2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4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ETS / Accreditato / Ass. datoriale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2</w:t>
            </w:r>
          </w:p>
        </w:tc>
        <w:tc>
          <w:tcPr>
            <w:tcW w:w="2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4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ETS / Accreditato / Ass. datoriale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3</w:t>
            </w:r>
          </w:p>
        </w:tc>
        <w:tc>
          <w:tcPr>
            <w:tcW w:w="2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4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ETS / Accreditato / Ass. datoriale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4</w:t>
            </w:r>
          </w:p>
        </w:tc>
        <w:tc>
          <w:tcPr>
            <w:tcW w:w="209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47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sz w:val="18"/>
              </w:rPr>
              <w:t>ETS / Accreditato / Ass. datoriale</w:t>
            </w:r>
          </w:p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8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92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</w:tbl>
    <w:p w:rsidR="00293A1F" w:rsidRPr="00F00E35" w:rsidRDefault="00D95E33">
      <w:pPr>
        <w:rPr>
          <w:lang w:val="it-IT"/>
        </w:rPr>
      </w:pPr>
      <w:r w:rsidRPr="00F00E35">
        <w:rPr>
          <w:lang w:val="it-IT"/>
        </w:rPr>
        <w:t>Il gruppo designa quale referente esclusivamente tecnico-organizzativo per la presente procedura (senza attribuzione di ruolo di capofila della futura ATS):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2238"/>
        <w:gridCol w:w="2801"/>
        <w:gridCol w:w="1684"/>
        <w:gridCol w:w="3336"/>
      </w:tblGrid>
      <w:tr w:rsidR="00293A1F">
        <w:trPr>
          <w:cantSplit/>
          <w:tblHeader/>
          <w:jc w:val="center"/>
        </w:trPr>
        <w:tc>
          <w:tcPr>
            <w:tcW w:w="2268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 xml:space="preserve">Nome e </w:t>
            </w:r>
            <w:proofErr w:type="spellStart"/>
            <w:r>
              <w:rPr>
                <w:b/>
                <w:sz w:val="18"/>
              </w:rPr>
              <w:t>cognome</w:t>
            </w:r>
            <w:proofErr w:type="spellEnd"/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Ente di appartenenza</w:t>
            </w:r>
          </w:p>
        </w:tc>
        <w:tc>
          <w:tcPr>
            <w:tcW w:w="1701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Telefono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E-mail / PEC</w:t>
            </w:r>
          </w:p>
        </w:tc>
      </w:tr>
      <w:tr w:rsidR="00293A1F">
        <w:trPr>
          <w:cantSplit/>
          <w:jc w:val="center"/>
        </w:trPr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170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</w:tbl>
    <w:p w:rsidR="00293A1F" w:rsidRDefault="00D95E33">
      <w:pPr>
        <w:pStyle w:val="Titolo1"/>
      </w:pPr>
      <w:r>
        <w:lastRenderedPageBreak/>
        <w:t>2. DICHIARAZIONI CONGIUNTE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il gruppo comprende almeno un ETS e almeno un soggetto accreditato nella Sezione A e/o B ai sensi della D.G.R. Campania n. 136/2022, appartenenti ad almeno due soggetti</w:t>
      </w:r>
      <w:r w:rsidRPr="00F00E35">
        <w:rPr>
          <w:lang w:val="it-IT"/>
        </w:rPr>
        <w:t xml:space="preserve"> giuridici privati distinti;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tutti i componenti hanno preso visione del D.D. Regione Campania n. 280/2026, dell'Avviso regionale e della relativa modulistica e ne accettano le prescrizioni applicabili;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l'Ambito C06 - Comune di Aversa, ove la candid</w:t>
      </w:r>
      <w:r w:rsidRPr="00F00E35">
        <w:rPr>
          <w:lang w:val="it-IT"/>
        </w:rPr>
        <w:t>atura sia selezionata e presentata in forma associata, assumerà il ruolo di capofila della costituenda ATS e sarà l'unico interlocutore della Regione Campania secondo l'Avviso regionale;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nessuno dei componenti, salvo le Associazioni datoriali di catego</w:t>
      </w:r>
      <w:r w:rsidRPr="00F00E35">
        <w:rPr>
          <w:lang w:val="it-IT"/>
        </w:rPr>
        <w:t>ria, partecipa ad altro partenariato riferito al medesimo Avviso regionale;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tutti i componenti si impegnano a partecipare alla fase di definizione condivisa della proposta e a rendere disponibili i propri legali rappresentanti e referenti tecnici nel p</w:t>
      </w:r>
      <w:r w:rsidRPr="00F00E35">
        <w:rPr>
          <w:lang w:val="it-IT"/>
        </w:rPr>
        <w:t>eriodo 25-30 settembre 2026;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le attività, i ruoli e gli eventuali budget saranno definiti esclusivamente nella fase successiva e subordinati all'ammissione a finanziamento regionale;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i dati e le dichiarazioni rese sono veritieri e documentabili e i</w:t>
      </w:r>
      <w:r w:rsidRPr="00F00E35">
        <w:rPr>
          <w:lang w:val="it-IT"/>
        </w:rPr>
        <w:t>l gruppo autorizza l'Ambito a effettuare le verifiche di competenza.</w:t>
      </w:r>
    </w:p>
    <w:p w:rsidR="00293A1F" w:rsidRPr="00F00E35" w:rsidRDefault="00D95E33">
      <w:pPr>
        <w:pStyle w:val="Titolo1"/>
        <w:rPr>
          <w:lang w:val="it-IT"/>
        </w:rPr>
      </w:pPr>
      <w:r w:rsidRPr="00F00E35">
        <w:rPr>
          <w:lang w:val="it-IT"/>
        </w:rPr>
        <w:t>3. DOCUMENTAZIONE ALLEGATA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Allegato B - Scheda del gruppo partenariale e contributo progettuale;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Allegato C - Dichiarazione congiunta di impegno alla costituzione ATS;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Allegat</w:t>
      </w:r>
      <w:r w:rsidRPr="00F00E35">
        <w:rPr>
          <w:lang w:val="it-IT"/>
        </w:rPr>
        <w:t>o D - Dichiarazione individuale di affidabilità e requisiti, una per ciascun componente;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curriculum/portfolio di ciascun componente;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attestazioni/visure di iscrizione al RUNTS/registro competente e/o di accreditamento regionale;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curricula sinte</w:t>
      </w:r>
      <w:r w:rsidRPr="00F00E35">
        <w:rPr>
          <w:lang w:val="it-IT"/>
        </w:rPr>
        <w:t>tici delle principali figure professionali/referenti proposti;</w:t>
      </w:r>
    </w:p>
    <w:p w:rsidR="00293A1F" w:rsidRPr="00F00E35" w:rsidRDefault="00D95E33">
      <w:pPr>
        <w:rPr>
          <w:lang w:val="it-IT"/>
        </w:rPr>
      </w:pPr>
      <w:proofErr w:type="gramStart"/>
      <w:r w:rsidRPr="00F00E35">
        <w:rPr>
          <w:lang w:val="it-IT"/>
        </w:rPr>
        <w:t>[ ]</w:t>
      </w:r>
      <w:proofErr w:type="gramEnd"/>
      <w:r w:rsidRPr="00F00E35">
        <w:rPr>
          <w:lang w:val="it-IT"/>
        </w:rPr>
        <w:t xml:space="preserve"> eventuale ulteriore documentazione comprovante quanto dichiarato.</w:t>
      </w:r>
    </w:p>
    <w:p w:rsidR="00293A1F" w:rsidRDefault="00D95E33">
      <w:pPr>
        <w:pStyle w:val="Titolo1"/>
      </w:pPr>
      <w:r>
        <w:t>4. SOTTOSCRIZIONI DIGITALI</w:t>
      </w: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3910"/>
        <w:gridCol w:w="3359"/>
        <w:gridCol w:w="2790"/>
      </w:tblGrid>
      <w:tr w:rsidR="00293A1F">
        <w:trPr>
          <w:cantSplit/>
          <w:tblHeader/>
          <w:jc w:val="center"/>
        </w:trPr>
        <w:tc>
          <w:tcPr>
            <w:tcW w:w="3969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Componente</w:t>
            </w:r>
          </w:p>
        </w:tc>
        <w:tc>
          <w:tcPr>
            <w:tcW w:w="3402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Legale rappresentante</w:t>
            </w:r>
          </w:p>
        </w:tc>
        <w:tc>
          <w:tcPr>
            <w:tcW w:w="2835" w:type="dxa"/>
            <w:shd w:val="clear" w:color="auto" w:fill="D9EAF7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D95E33">
            <w:r>
              <w:rPr>
                <w:b/>
                <w:sz w:val="18"/>
              </w:rPr>
              <w:t>Firma digitale</w:t>
            </w:r>
          </w:p>
        </w:tc>
      </w:tr>
      <w:tr w:rsidR="00293A1F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  <w:tr w:rsidR="00293A1F">
        <w:trPr>
          <w:cantSplit/>
          <w:jc w:val="center"/>
        </w:trPr>
        <w:tc>
          <w:tcPr>
            <w:tcW w:w="396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  <w:tc>
          <w:tcPr>
            <w:tcW w:w="283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93A1F" w:rsidRDefault="00293A1F"/>
        </w:tc>
      </w:tr>
    </w:tbl>
    <w:p w:rsidR="00293A1F" w:rsidRDefault="00D95E33">
      <w:r>
        <w:t xml:space="preserve">Luogo e data: </w:t>
      </w:r>
      <w:r>
        <w:t>______________________________</w:t>
      </w:r>
    </w:p>
    <w:sectPr w:rsidR="00293A1F" w:rsidSect="00034616">
      <w:headerReference w:type="default" r:id="rId8"/>
      <w:footerReference w:type="default" r:id="rId9"/>
      <w:pgSz w:w="12240" w:h="15840"/>
      <w:pgMar w:top="1020" w:right="1134" w:bottom="964" w:left="1247" w:header="39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5E33" w:rsidRDefault="00D95E33">
      <w:pPr>
        <w:spacing w:after="0" w:line="240" w:lineRule="auto"/>
      </w:pPr>
      <w:r>
        <w:separator/>
      </w:r>
    </w:p>
  </w:endnote>
  <w:endnote w:type="continuationSeparator" w:id="0">
    <w:p w:rsidR="00D95E33" w:rsidRDefault="00D95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A1F" w:rsidRDefault="00D95E33">
    <w:pPr>
      <w:pStyle w:val="Pidipagina"/>
      <w:jc w:val="center"/>
    </w:pPr>
    <w:r>
      <w:rPr>
        <w:sz w:val="16"/>
      </w:rPr>
      <w:t xml:space="preserve">Pag. </w:t>
    </w:r>
    <w:r>
      <w:rPr>
        <w:sz w:val="16"/>
      </w:rPr>
      <w:fldChar w:fldCharType="begin"/>
    </w:r>
    <w:r>
      <w:rPr>
        <w:sz w:val="16"/>
      </w:rPr>
      <w:instrText xml:space="preserve"> PAGE </w:instrText>
    </w:r>
    <w:r w:rsidR="00F00E35">
      <w:rPr>
        <w:sz w:val="16"/>
      </w:rPr>
      <w:fldChar w:fldCharType="separate"/>
    </w:r>
    <w:r w:rsidR="00F00E35">
      <w:rPr>
        <w:noProof/>
        <w:sz w:val="16"/>
      </w:rPr>
      <w:t>1</w:t>
    </w:r>
    <w:r>
      <w:rPr>
        <w:sz w:val="16"/>
      </w:rPr>
      <w:fldChar w:fldCharType="end"/>
    </w:r>
    <w:r>
      <w:rPr>
        <w:sz w:val="16"/>
      </w:rPr>
      <w:t xml:space="preserve"> di </w:t>
    </w:r>
    <w:r>
      <w:rPr>
        <w:sz w:val="16"/>
      </w:rPr>
      <w:fldChar w:fldCharType="begin"/>
    </w:r>
    <w:r>
      <w:rPr>
        <w:sz w:val="16"/>
      </w:rPr>
      <w:instrText xml:space="preserve"> NUMPAGES </w:instrText>
    </w:r>
    <w:r w:rsidR="00F00E35">
      <w:rPr>
        <w:sz w:val="16"/>
      </w:rPr>
      <w:fldChar w:fldCharType="separate"/>
    </w:r>
    <w:r w:rsidR="00F00E35">
      <w:rPr>
        <w:noProof/>
        <w:sz w:val="16"/>
      </w:rPr>
      <w:t>1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5E33" w:rsidRDefault="00D95E33">
      <w:pPr>
        <w:spacing w:after="0" w:line="240" w:lineRule="auto"/>
      </w:pPr>
      <w:r>
        <w:separator/>
      </w:r>
    </w:p>
  </w:footnote>
  <w:footnote w:type="continuationSeparator" w:id="0">
    <w:p w:rsidR="00D95E33" w:rsidRDefault="00D95E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93A1F" w:rsidRDefault="00F00E35">
    <w:pPr>
      <w:pStyle w:val="Intestazione"/>
      <w:pBdr>
        <w:bottom w:val="single" w:sz="8" w:space="1" w:color="B4C7E7"/>
      </w:pBdr>
      <w:jc w:val="center"/>
      <w:rPr>
        <w:lang w:val="it-IT"/>
      </w:rPr>
    </w:pPr>
    <w:r>
      <w:rPr>
        <w:b/>
        <w:noProof/>
        <w:sz w:val="18"/>
      </w:rPr>
      <w:drawing>
        <wp:inline distT="0" distB="0" distL="0" distR="0" wp14:anchorId="7FD0B3D8">
          <wp:extent cx="5401310" cy="1371600"/>
          <wp:effectExtent l="0" t="0" r="0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1310" cy="1371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00E35" w:rsidRPr="00F00E35" w:rsidRDefault="00F00E35" w:rsidP="00F00E35">
    <w:pPr>
      <w:pStyle w:val="Intestazione"/>
      <w:pBdr>
        <w:bottom w:val="single" w:sz="8" w:space="1" w:color="B4C7E7"/>
      </w:pBdr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3A1F"/>
    <w:rsid w:val="0029639D"/>
    <w:rsid w:val="00326F90"/>
    <w:rsid w:val="00AA1D8D"/>
    <w:rsid w:val="00B47730"/>
    <w:rsid w:val="00CB0664"/>
    <w:rsid w:val="00D95E33"/>
    <w:rsid w:val="00F00E3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B4DAC56"/>
  <w14:defaultImageDpi w14:val="300"/>
  <w15:docId w15:val="{5CF669AF-4654-4977-9014-36C932510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C693F"/>
    <w:pPr>
      <w:spacing w:after="100" w:line="259" w:lineRule="auto"/>
    </w:pPr>
    <w:rPr>
      <w:rFonts w:ascii="Arial" w:hAnsi="Arial"/>
      <w:sz w:val="21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16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16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before="16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0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856201-57EC-4B53-A25F-5FD77838F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2835</Characters>
  <Application>Microsoft Office Word</Application>
  <DocSecurity>0</DocSecurity>
  <Lines>53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3256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2</cp:revision>
  <dcterms:created xsi:type="dcterms:W3CDTF">2013-12-23T23:15:00Z</dcterms:created>
  <dcterms:modified xsi:type="dcterms:W3CDTF">2026-09-09T14:17:00Z</dcterms:modified>
  <cp:category/>
</cp:coreProperties>
</file>