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2E1" w:rsidRPr="00D11BB3" w:rsidRDefault="00BB7B2F">
      <w:pPr>
        <w:pStyle w:val="Titolo"/>
        <w:jc w:val="center"/>
        <w:rPr>
          <w:lang w:val="it-IT"/>
        </w:rPr>
      </w:pPr>
      <w:r w:rsidRPr="00D11BB3">
        <w:rPr>
          <w:lang w:val="it-IT"/>
        </w:rPr>
        <w:t>ALLEGATO D - DICHIARAZIONE INDIVIDUALE DI AFFIDABILITÀ E REQUISITI</w:t>
      </w:r>
    </w:p>
    <w:p w:rsidR="004E32E1" w:rsidRPr="00D11BB3" w:rsidRDefault="00BB7B2F">
      <w:pPr>
        <w:jc w:val="center"/>
        <w:rPr>
          <w:lang w:val="it-IT"/>
        </w:rPr>
      </w:pPr>
      <w:r w:rsidRPr="00D11BB3">
        <w:rPr>
          <w:b/>
          <w:lang w:val="it-IT"/>
        </w:rPr>
        <w:t>Da compilare separatamente da ciascun componente del gruppo partenariale</w:t>
      </w:r>
    </w:p>
    <w:p w:rsidR="004E32E1" w:rsidRPr="00D11BB3" w:rsidRDefault="004E32E1">
      <w:pPr>
        <w:rPr>
          <w:lang w:val="it-IT"/>
        </w:rPr>
      </w:pPr>
    </w:p>
    <w:p w:rsidR="004E32E1" w:rsidRPr="00D11BB3" w:rsidRDefault="00BB7B2F">
      <w:pPr>
        <w:rPr>
          <w:lang w:val="it-IT"/>
        </w:rPr>
      </w:pPr>
      <w:r w:rsidRPr="00D11BB3">
        <w:rPr>
          <w:lang w:val="it-IT"/>
        </w:rPr>
        <w:t xml:space="preserve">Il/La sottoscritto/a </w:t>
      </w:r>
      <w:r w:rsidRPr="00D11BB3">
        <w:rPr>
          <w:lang w:val="it-IT"/>
        </w:rPr>
        <w:t xml:space="preserve">______________________________________ nato/a </w:t>
      </w:r>
      <w:proofErr w:type="spellStart"/>
      <w:r w:rsidRPr="00D11BB3">
        <w:rPr>
          <w:lang w:val="it-IT"/>
        </w:rPr>
        <w:t>a</w:t>
      </w:r>
      <w:proofErr w:type="spellEnd"/>
      <w:r w:rsidRPr="00D11BB3">
        <w:rPr>
          <w:lang w:val="it-IT"/>
        </w:rPr>
        <w:t xml:space="preserve"> __________________________ il ___/___/______ C.F. __________________________, in qualità di legale rappresentante di ____________________________________________, C.F./P.IVA ____________________________, con </w:t>
      </w:r>
      <w:r w:rsidRPr="00D11BB3">
        <w:rPr>
          <w:lang w:val="it-IT"/>
        </w:rPr>
        <w:t>sede legale in ____________________________________ e sede operativa in Regione Campania in ____________________________________, PEC ________________________________,</w:t>
      </w:r>
    </w:p>
    <w:p w:rsidR="004E32E1" w:rsidRPr="00D11BB3" w:rsidRDefault="00BB7B2F">
      <w:pPr>
        <w:rPr>
          <w:lang w:val="it-IT"/>
        </w:rPr>
      </w:pPr>
      <w:r w:rsidRPr="00D11BB3">
        <w:rPr>
          <w:lang w:val="it-IT"/>
        </w:rPr>
        <w:t>ai sensi degli artt. 46 e 47 del D.P.R. n. 445/2000, consapevole delle conseguenze di cu</w:t>
      </w:r>
      <w:r w:rsidRPr="00D11BB3">
        <w:rPr>
          <w:lang w:val="it-IT"/>
        </w:rPr>
        <w:t>i agli artt. 75 e 76 del medesimo decreto,</w:t>
      </w:r>
    </w:p>
    <w:p w:rsidR="004E32E1" w:rsidRPr="00D11BB3" w:rsidRDefault="00BB7B2F">
      <w:pPr>
        <w:jc w:val="center"/>
        <w:rPr>
          <w:lang w:val="it-IT"/>
        </w:rPr>
      </w:pPr>
      <w:r w:rsidRPr="00D11BB3">
        <w:rPr>
          <w:b/>
          <w:lang w:val="it-IT"/>
        </w:rPr>
        <w:t>DICHIARA</w:t>
      </w:r>
    </w:p>
    <w:p w:rsidR="004E32E1" w:rsidRPr="00D11BB3" w:rsidRDefault="00BB7B2F">
      <w:pPr>
        <w:pStyle w:val="Titolo1"/>
        <w:rPr>
          <w:lang w:val="it-IT"/>
        </w:rPr>
      </w:pPr>
      <w:r w:rsidRPr="00D11BB3">
        <w:rPr>
          <w:lang w:val="it-IT"/>
        </w:rPr>
        <w:t>A. Tipologia di partecipazione</w:t>
      </w:r>
    </w:p>
    <w:p w:rsidR="004E32E1" w:rsidRPr="00D11BB3" w:rsidRDefault="00BB7B2F">
      <w:pPr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Ente del Terzo Settore - iscrizione RUNTS/registro competente n. ______________________________</w:t>
      </w:r>
    </w:p>
    <w:p w:rsidR="004E32E1" w:rsidRPr="00D11BB3" w:rsidRDefault="00BB7B2F">
      <w:pPr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Operatore accreditato D.G.R. Campania n. 136/2022 - Sezione [ ] A  [ </w:t>
      </w:r>
      <w:r w:rsidRPr="00D11BB3">
        <w:rPr>
          <w:lang w:val="it-IT"/>
        </w:rPr>
        <w:t>] B - codice/</w:t>
      </w:r>
      <w:proofErr w:type="spellStart"/>
      <w:r w:rsidRPr="00D11BB3">
        <w:rPr>
          <w:lang w:val="it-IT"/>
        </w:rPr>
        <w:t>rif.</w:t>
      </w:r>
      <w:proofErr w:type="spellEnd"/>
      <w:r w:rsidRPr="00D11BB3">
        <w:rPr>
          <w:lang w:val="it-IT"/>
        </w:rPr>
        <w:t xml:space="preserve"> __________________</w:t>
      </w:r>
    </w:p>
    <w:p w:rsidR="004E32E1" w:rsidRPr="00D11BB3" w:rsidRDefault="00BB7B2F">
      <w:pPr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Associazione datoriale di categoria (partecipazione facoltativa).</w:t>
      </w:r>
    </w:p>
    <w:p w:rsidR="004E32E1" w:rsidRPr="00D11BB3" w:rsidRDefault="00BB7B2F">
      <w:pPr>
        <w:pStyle w:val="Titolo1"/>
        <w:rPr>
          <w:lang w:val="it-IT"/>
        </w:rPr>
      </w:pPr>
      <w:r w:rsidRPr="00D11BB3">
        <w:rPr>
          <w:lang w:val="it-IT"/>
        </w:rPr>
        <w:t>B. Requisiti e affidabilità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che nei propri confronti non è stata pronunciata condanna definitiva per reati che determinano incapacità a contratta</w:t>
      </w:r>
      <w:r w:rsidRPr="00D11BB3">
        <w:rPr>
          <w:lang w:val="it-IT"/>
        </w:rPr>
        <w:t>re con la Pubblica Amministrazione;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di non avere procedimenti in corso ai sensi dell'art. 416-bis del Codice penale;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che non sussistono cause di divieto, decadenza o sospensione di cui all'art. 67 del </w:t>
      </w:r>
      <w:proofErr w:type="spellStart"/>
      <w:r w:rsidRPr="00D11BB3">
        <w:rPr>
          <w:lang w:val="it-IT"/>
        </w:rPr>
        <w:t>D.Lgs.</w:t>
      </w:r>
      <w:proofErr w:type="spellEnd"/>
      <w:r w:rsidRPr="00D11BB3">
        <w:rPr>
          <w:lang w:val="it-IT"/>
        </w:rPr>
        <w:t xml:space="preserve"> n. 159/2011 e </w:t>
      </w:r>
      <w:proofErr w:type="spellStart"/>
      <w:r w:rsidRPr="00D11BB3">
        <w:rPr>
          <w:lang w:val="it-IT"/>
        </w:rPr>
        <w:t>ss.mm.ii</w:t>
      </w:r>
      <w:proofErr w:type="spellEnd"/>
      <w:r w:rsidRPr="00D11BB3">
        <w:rPr>
          <w:lang w:val="it-IT"/>
        </w:rPr>
        <w:t>.;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che il sogg</w:t>
      </w:r>
      <w:r w:rsidRPr="00D11BB3">
        <w:rPr>
          <w:lang w:val="it-IT"/>
        </w:rPr>
        <w:t>etto rappresentato ha sede operativa in Regione Campania;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che il soggetto rappresentato aderisce esclusivamente al presente partenariato riferito al D.D. Regione Campania n. 280/2026, salvo che si tratti di Associazione datoriale di categoria;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che </w:t>
      </w:r>
      <w:r w:rsidRPr="00D11BB3">
        <w:rPr>
          <w:lang w:val="it-IT"/>
        </w:rPr>
        <w:t>il soggetto non si trova in stato di fallimento/liquidazione/cessazione di attività/concordato preventivo o situazione equivalente, né ha in corso procedimento per la dichiarazione di tali situazioni, secondo quanto richiesto dalla modulistica regionale;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t>[</w:t>
      </w:r>
      <w:r w:rsidRPr="00D11BB3">
        <w:rPr>
          <w:lang w:val="it-IT"/>
        </w:rPr>
        <w:t xml:space="preserve"> ]</w:t>
      </w:r>
      <w:proofErr w:type="gramEnd"/>
      <w:r w:rsidRPr="00D11BB3">
        <w:rPr>
          <w:lang w:val="it-IT"/>
        </w:rPr>
        <w:t xml:space="preserve"> che il soggetto è regolarmente iscritto alla CCIAA, ove previsto, ovvero non è tenuto all'iscrizione;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che il soggetto è in regola con gli obblighi contributivi previdenziali e assistenziali, ove applicabili, ovvero è esente per la seguente motivazio</w:t>
      </w:r>
      <w:r w:rsidRPr="00D11BB3">
        <w:rPr>
          <w:lang w:val="it-IT"/>
        </w:rPr>
        <w:t>ne: _______________________________________;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che il soggetto è in regola con gli obblighi previsti dalla Legge n. 68/1999, ove applicabili;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che il soggetto non ha posto in essere atti, patti o comportamenti discriminatori ai sensi della normativa r</w:t>
      </w:r>
      <w:r w:rsidRPr="00D11BB3">
        <w:rPr>
          <w:lang w:val="it-IT"/>
        </w:rPr>
        <w:t>ichiamata dall'Allegato 4 dell'Avviso regionale;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lastRenderedPageBreak/>
        <w:t>[ ]</w:t>
      </w:r>
      <w:proofErr w:type="gramEnd"/>
      <w:r w:rsidRPr="00D11BB3">
        <w:rPr>
          <w:lang w:val="it-IT"/>
        </w:rPr>
        <w:t xml:space="preserve"> di aver preso visione del D.D. n. 280/2026, dell'Avviso regionale e della modulistica e di impegnarsi a sottoscrivere, in caso di selezione, la documentazione regionale di competenza;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di impegnarsi a</w:t>
      </w:r>
      <w:r w:rsidRPr="00D11BB3">
        <w:rPr>
          <w:lang w:val="it-IT"/>
        </w:rPr>
        <w:t xml:space="preserve"> comunicare tempestivamente ogni variazione relativa ai dati e ai requisiti dichiarati.</w:t>
      </w:r>
    </w:p>
    <w:p w:rsidR="004E32E1" w:rsidRPr="00D11BB3" w:rsidRDefault="00BB7B2F">
      <w:pPr>
        <w:pStyle w:val="Titolo1"/>
        <w:rPr>
          <w:lang w:val="it-IT"/>
        </w:rPr>
      </w:pPr>
      <w:r w:rsidRPr="00D11BB3">
        <w:rPr>
          <w:lang w:val="it-IT"/>
        </w:rPr>
        <w:t>C. Dichiarazioni specifiche in relazione alla categoria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Se ETS: il soggetto è un Ente del Terzo Settore ai sensi del </w:t>
      </w:r>
      <w:proofErr w:type="spellStart"/>
      <w:r w:rsidRPr="00D11BB3">
        <w:rPr>
          <w:lang w:val="it-IT"/>
        </w:rPr>
        <w:t>D.Lgs.</w:t>
      </w:r>
      <w:proofErr w:type="spellEnd"/>
      <w:r w:rsidRPr="00D11BB3">
        <w:rPr>
          <w:lang w:val="it-IT"/>
        </w:rPr>
        <w:t xml:space="preserve"> n. 117/2017 ed è iscritto al RUNTS/regis</w:t>
      </w:r>
      <w:r w:rsidRPr="00D11BB3">
        <w:rPr>
          <w:lang w:val="it-IT"/>
        </w:rPr>
        <w:t>tro competente con n. ______________________________.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Se operatore accreditato: il soggetto è regolarmente accreditato ai sensi della D.G.R. Campania n. 136/2022 nella Sezione ______ con riferimento/codice ______________________________.</w:t>
      </w:r>
    </w:p>
    <w:p w:rsidR="004E32E1" w:rsidRPr="00D11BB3" w:rsidRDefault="00BB7B2F" w:rsidP="00D11BB3">
      <w:pPr>
        <w:jc w:val="both"/>
        <w:rPr>
          <w:lang w:val="it-IT"/>
        </w:rPr>
      </w:pPr>
      <w:proofErr w:type="gramStart"/>
      <w:r w:rsidRPr="00D11BB3">
        <w:rPr>
          <w:lang w:val="it-IT"/>
        </w:rPr>
        <w:t>[ ]</w:t>
      </w:r>
      <w:proofErr w:type="gramEnd"/>
      <w:r w:rsidRPr="00D11BB3">
        <w:rPr>
          <w:lang w:val="it-IT"/>
        </w:rPr>
        <w:t xml:space="preserve"> Se Associa</w:t>
      </w:r>
      <w:r w:rsidRPr="00D11BB3">
        <w:rPr>
          <w:lang w:val="it-IT"/>
        </w:rPr>
        <w:t>zione datoriale: il soggetto partecipa in qualità di Associazione datoriale di categoria e prende atto che tale presenza è facoltativa ai sensi dell'Avviso regionale.</w:t>
      </w:r>
    </w:p>
    <w:p w:rsidR="004E32E1" w:rsidRPr="00D11BB3" w:rsidRDefault="00BB7B2F">
      <w:pPr>
        <w:pStyle w:val="Titolo1"/>
        <w:rPr>
          <w:lang w:val="it-IT"/>
        </w:rPr>
      </w:pPr>
      <w:r w:rsidRPr="00D11BB3">
        <w:rPr>
          <w:lang w:val="it-IT"/>
        </w:rPr>
        <w:t>D. Privacy</w:t>
      </w:r>
    </w:p>
    <w:p w:rsidR="004E32E1" w:rsidRPr="00D11BB3" w:rsidRDefault="00BB7B2F" w:rsidP="00D11BB3">
      <w:pPr>
        <w:jc w:val="both"/>
        <w:rPr>
          <w:lang w:val="it-IT"/>
        </w:rPr>
      </w:pPr>
      <w:r w:rsidRPr="00D11BB3">
        <w:rPr>
          <w:lang w:val="it-IT"/>
        </w:rPr>
        <w:t xml:space="preserve">Il dichiarante prende atto che i dati </w:t>
      </w:r>
      <w:bookmarkStart w:id="0" w:name="_GoBack"/>
      <w:bookmarkEnd w:id="0"/>
      <w:r w:rsidRPr="00D11BB3">
        <w:rPr>
          <w:lang w:val="it-IT"/>
        </w:rPr>
        <w:t>saranno trattati dal Comune di Aversa e,</w:t>
      </w:r>
      <w:r w:rsidRPr="00D11BB3">
        <w:rPr>
          <w:lang w:val="it-IT"/>
        </w:rPr>
        <w:t xml:space="preserve"> in caso di candidatura, dalla Regione Campania, per le finalità connesse alla procedura e all'eventuale attuazione del progetto, nel rispetto del Regolamento (UE) 2016/679 e della normativa nazionale vigente.</w:t>
      </w:r>
    </w:p>
    <w:p w:rsidR="004E32E1" w:rsidRPr="00D11BB3" w:rsidRDefault="00BB7B2F">
      <w:pPr>
        <w:rPr>
          <w:lang w:val="it-IT"/>
        </w:rPr>
      </w:pPr>
      <w:r w:rsidRPr="00D11BB3">
        <w:rPr>
          <w:lang w:val="it-IT"/>
        </w:rPr>
        <w:t>Luogo e data: ____________________________</w:t>
      </w:r>
    </w:p>
    <w:p w:rsidR="004E32E1" w:rsidRPr="00D11BB3" w:rsidRDefault="00BB7B2F">
      <w:pPr>
        <w:jc w:val="right"/>
        <w:rPr>
          <w:lang w:val="it-IT"/>
        </w:rPr>
      </w:pPr>
      <w:r w:rsidRPr="00D11BB3">
        <w:rPr>
          <w:lang w:val="it-IT"/>
        </w:rPr>
        <w:t>Fir</w:t>
      </w:r>
      <w:r w:rsidRPr="00D11BB3">
        <w:rPr>
          <w:lang w:val="it-IT"/>
        </w:rPr>
        <w:t>ma digitale del legale rappresentante</w:t>
      </w:r>
      <w:r w:rsidRPr="00D11BB3">
        <w:rPr>
          <w:lang w:val="it-IT"/>
        </w:rPr>
        <w:br/>
        <w:t>________________________________</w:t>
      </w:r>
    </w:p>
    <w:sectPr w:rsidR="004E32E1" w:rsidRPr="00D11BB3" w:rsidSect="00034616">
      <w:headerReference w:type="default" r:id="rId8"/>
      <w:footerReference w:type="default" r:id="rId9"/>
      <w:pgSz w:w="12240" w:h="15840"/>
      <w:pgMar w:top="1020" w:right="1134" w:bottom="964" w:left="124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B2F" w:rsidRDefault="00BB7B2F">
      <w:pPr>
        <w:spacing w:after="0" w:line="240" w:lineRule="auto"/>
      </w:pPr>
      <w:r>
        <w:separator/>
      </w:r>
    </w:p>
  </w:endnote>
  <w:endnote w:type="continuationSeparator" w:id="0">
    <w:p w:rsidR="00BB7B2F" w:rsidRDefault="00BB7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2E1" w:rsidRDefault="00BB7B2F">
    <w:pPr>
      <w:pStyle w:val="Pidipagina"/>
      <w:jc w:val="center"/>
    </w:pPr>
    <w:r>
      <w:rPr>
        <w:sz w:val="16"/>
      </w:rPr>
      <w:t xml:space="preserve">Pag.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 w:rsidR="00D11BB3">
      <w:rPr>
        <w:sz w:val="16"/>
      </w:rPr>
      <w:fldChar w:fldCharType="separate"/>
    </w:r>
    <w:r w:rsidR="00D11BB3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di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 w:rsidR="00D11BB3">
      <w:rPr>
        <w:sz w:val="16"/>
      </w:rPr>
      <w:fldChar w:fldCharType="separate"/>
    </w:r>
    <w:r w:rsidR="00D11BB3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B2F" w:rsidRDefault="00BB7B2F">
      <w:pPr>
        <w:spacing w:after="0" w:line="240" w:lineRule="auto"/>
      </w:pPr>
      <w:r>
        <w:separator/>
      </w:r>
    </w:p>
  </w:footnote>
  <w:footnote w:type="continuationSeparator" w:id="0">
    <w:p w:rsidR="00BB7B2F" w:rsidRDefault="00BB7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BB3" w:rsidRDefault="00D11BB3" w:rsidP="00D11BB3">
    <w:pPr>
      <w:pStyle w:val="Intestazione"/>
      <w:jc w:val="center"/>
    </w:pPr>
    <w:r>
      <w:rPr>
        <w:noProof/>
      </w:rPr>
      <w:drawing>
        <wp:inline distT="0" distB="0" distL="0" distR="0" wp14:anchorId="41C4D595">
          <wp:extent cx="5401310" cy="13716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32E1"/>
    <w:rsid w:val="00AA1D8D"/>
    <w:rsid w:val="00B47730"/>
    <w:rsid w:val="00BB7B2F"/>
    <w:rsid w:val="00CB0664"/>
    <w:rsid w:val="00D11B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356E6882-16C5-49D5-92D5-67802C6D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5F180A-A987-47EE-BC12-24C3803E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2026-09-09T18:09:00Z</dcterms:modified>
  <cp:category/>
</cp:coreProperties>
</file>